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22D1A" w14:textId="77777777" w:rsidR="00E7436F" w:rsidRPr="0028649B" w:rsidRDefault="00000000">
      <w:pPr>
        <w:jc w:val="center"/>
        <w:rPr>
          <w:color w:val="548DD4" w:themeColor="text2" w:themeTint="99"/>
        </w:rPr>
      </w:pPr>
      <w:r w:rsidRPr="0028649B">
        <w:rPr>
          <w:b/>
          <w:color w:val="548DD4" w:themeColor="text2" w:themeTint="99"/>
          <w:sz w:val="30"/>
        </w:rPr>
        <w:t>JOURNAL OF MEDICAL AND DENTAL FRONTIERS (JMDF)</w:t>
      </w:r>
    </w:p>
    <w:p w14:paraId="7B192ED6" w14:textId="77777777" w:rsidR="00E7436F" w:rsidRPr="0028649B" w:rsidRDefault="00000000">
      <w:pPr>
        <w:jc w:val="center"/>
        <w:rPr>
          <w:color w:val="C00000"/>
        </w:rPr>
      </w:pPr>
      <w:r w:rsidRPr="0028649B">
        <w:rPr>
          <w:b/>
          <w:color w:val="C00000"/>
          <w:sz w:val="26"/>
        </w:rPr>
        <w:t>Contributors’ Digital Form</w:t>
      </w:r>
    </w:p>
    <w:p w14:paraId="1026B344" w14:textId="77777777" w:rsidR="00E7436F" w:rsidRDefault="00000000">
      <w:r>
        <w:rPr>
          <w:b/>
        </w:rPr>
        <w:t>Manuscript title:</w:t>
      </w:r>
      <w:r>
        <w:br/>
        <w:t>_________________________________________________________________________________________________________</w:t>
      </w:r>
    </w:p>
    <w:p w14:paraId="37B8045B" w14:textId="77777777" w:rsidR="00E7436F" w:rsidRDefault="00000000">
      <w:r>
        <w:rPr>
          <w:b/>
        </w:rPr>
        <w:t>Manuscript ID (if available):</w:t>
      </w:r>
      <w:r>
        <w:br/>
        <w:t>_________________________________________________________________________________________________________</w:t>
      </w:r>
    </w:p>
    <w:p w14:paraId="298BE9EE" w14:textId="77777777" w:rsidR="00E7436F" w:rsidRDefault="00000000">
      <w:r>
        <w:rPr>
          <w:b/>
        </w:rPr>
        <w:t>Article type:</w:t>
      </w:r>
      <w:r>
        <w:br/>
        <w:t>_________________________________________________________________________________________________________</w:t>
      </w:r>
    </w:p>
    <w:p w14:paraId="779A2540" w14:textId="77777777" w:rsidR="00E7436F" w:rsidRDefault="00000000">
      <w:r>
        <w:rPr>
          <w:b/>
          <w:sz w:val="24"/>
        </w:rPr>
        <w:t>Author information</w:t>
      </w:r>
    </w:p>
    <w:tbl>
      <w:tblPr>
        <w:tblStyle w:val="TableGrid"/>
        <w:tblW w:w="0" w:type="auto"/>
        <w:jc w:val="center"/>
        <w:tblLook w:val="04A0" w:firstRow="1" w:lastRow="0" w:firstColumn="1" w:lastColumn="0" w:noHBand="0" w:noVBand="1"/>
      </w:tblPr>
      <w:tblGrid>
        <w:gridCol w:w="541"/>
        <w:gridCol w:w="1187"/>
        <w:gridCol w:w="1726"/>
        <w:gridCol w:w="1726"/>
        <w:gridCol w:w="1727"/>
        <w:gridCol w:w="1726"/>
        <w:gridCol w:w="1725"/>
      </w:tblGrid>
      <w:tr w:rsidR="0028649B" w14:paraId="6929911D" w14:textId="77777777" w:rsidTr="0028649B">
        <w:trPr>
          <w:jc w:val="center"/>
        </w:trPr>
        <w:tc>
          <w:tcPr>
            <w:tcW w:w="540" w:type="dxa"/>
            <w:vAlign w:val="center"/>
          </w:tcPr>
          <w:p w14:paraId="6F9407A0" w14:textId="77777777" w:rsidR="0028649B" w:rsidRDefault="0028649B" w:rsidP="0028649B">
            <w:r>
              <w:rPr>
                <w:b/>
                <w:sz w:val="18"/>
              </w:rPr>
              <w:t>No.</w:t>
            </w:r>
          </w:p>
        </w:tc>
        <w:tc>
          <w:tcPr>
            <w:tcW w:w="1188" w:type="dxa"/>
            <w:vAlign w:val="center"/>
          </w:tcPr>
          <w:p w14:paraId="00556347" w14:textId="3E2E696B" w:rsidR="0028649B" w:rsidRDefault="0028649B" w:rsidP="0028649B">
            <w:r>
              <w:rPr>
                <w:b/>
                <w:sz w:val="18"/>
              </w:rPr>
              <w:t>Full name of author</w:t>
            </w:r>
          </w:p>
        </w:tc>
        <w:tc>
          <w:tcPr>
            <w:tcW w:w="1728" w:type="dxa"/>
            <w:vAlign w:val="center"/>
          </w:tcPr>
          <w:p w14:paraId="1CF57D3D" w14:textId="158EF304" w:rsidR="0028649B" w:rsidRDefault="0028649B" w:rsidP="0028649B">
            <w:r>
              <w:rPr>
                <w:b/>
                <w:sz w:val="18"/>
              </w:rPr>
              <w:t>Affiliation</w:t>
            </w:r>
          </w:p>
        </w:tc>
        <w:tc>
          <w:tcPr>
            <w:tcW w:w="1728" w:type="dxa"/>
            <w:vAlign w:val="center"/>
          </w:tcPr>
          <w:p w14:paraId="10D2473C" w14:textId="280D8E89" w:rsidR="0028649B" w:rsidRDefault="0028649B" w:rsidP="0028649B">
            <w:r>
              <w:rPr>
                <w:b/>
                <w:sz w:val="18"/>
              </w:rPr>
              <w:t>Email address</w:t>
            </w:r>
          </w:p>
        </w:tc>
        <w:tc>
          <w:tcPr>
            <w:tcW w:w="1728" w:type="dxa"/>
            <w:vAlign w:val="center"/>
          </w:tcPr>
          <w:p w14:paraId="6E037381" w14:textId="7B9C7DB1" w:rsidR="0028649B" w:rsidRPr="0028649B" w:rsidRDefault="0028649B" w:rsidP="0028649B">
            <w:pPr>
              <w:rPr>
                <w:b/>
                <w:sz w:val="18"/>
              </w:rPr>
            </w:pPr>
            <w:r w:rsidRPr="0028649B">
              <w:rPr>
                <w:b/>
                <w:sz w:val="18"/>
              </w:rPr>
              <w:t>Contribution (%)</w:t>
            </w:r>
          </w:p>
        </w:tc>
        <w:tc>
          <w:tcPr>
            <w:tcW w:w="1728" w:type="dxa"/>
            <w:vAlign w:val="center"/>
          </w:tcPr>
          <w:p w14:paraId="15730A3C" w14:textId="77777777" w:rsidR="0028649B" w:rsidRDefault="0028649B" w:rsidP="0028649B">
            <w:r>
              <w:rPr>
                <w:b/>
                <w:sz w:val="18"/>
              </w:rPr>
              <w:t>Signature</w:t>
            </w:r>
          </w:p>
        </w:tc>
        <w:tc>
          <w:tcPr>
            <w:tcW w:w="1728" w:type="dxa"/>
            <w:vAlign w:val="center"/>
          </w:tcPr>
          <w:p w14:paraId="795C68B3" w14:textId="77777777" w:rsidR="0028649B" w:rsidRDefault="0028649B" w:rsidP="0028649B">
            <w:r>
              <w:rPr>
                <w:b/>
                <w:sz w:val="18"/>
              </w:rPr>
              <w:t>Date</w:t>
            </w:r>
          </w:p>
        </w:tc>
      </w:tr>
      <w:tr w:rsidR="0028649B" w14:paraId="5D0AECA4" w14:textId="77777777" w:rsidTr="0028649B">
        <w:trPr>
          <w:jc w:val="center"/>
        </w:trPr>
        <w:tc>
          <w:tcPr>
            <w:tcW w:w="540" w:type="dxa"/>
            <w:vAlign w:val="center"/>
          </w:tcPr>
          <w:p w14:paraId="7AB0E990" w14:textId="77777777" w:rsidR="0028649B" w:rsidRDefault="0028649B" w:rsidP="0028649B">
            <w:r>
              <w:rPr>
                <w:sz w:val="17"/>
              </w:rPr>
              <w:t>1</w:t>
            </w:r>
          </w:p>
        </w:tc>
        <w:tc>
          <w:tcPr>
            <w:tcW w:w="1188" w:type="dxa"/>
            <w:vAlign w:val="center"/>
          </w:tcPr>
          <w:p w14:paraId="23A2F04E" w14:textId="77777777" w:rsidR="0028649B" w:rsidRDefault="0028649B" w:rsidP="0028649B"/>
        </w:tc>
        <w:tc>
          <w:tcPr>
            <w:tcW w:w="1728" w:type="dxa"/>
            <w:vAlign w:val="center"/>
          </w:tcPr>
          <w:p w14:paraId="6FFD25F5" w14:textId="337ED44A" w:rsidR="0028649B" w:rsidRDefault="0028649B" w:rsidP="0028649B"/>
        </w:tc>
        <w:tc>
          <w:tcPr>
            <w:tcW w:w="1728" w:type="dxa"/>
            <w:vAlign w:val="center"/>
          </w:tcPr>
          <w:p w14:paraId="5DA61087" w14:textId="77777777" w:rsidR="0028649B" w:rsidRDefault="0028649B" w:rsidP="0028649B"/>
        </w:tc>
        <w:tc>
          <w:tcPr>
            <w:tcW w:w="1728" w:type="dxa"/>
            <w:vAlign w:val="center"/>
          </w:tcPr>
          <w:p w14:paraId="46D4F3DE" w14:textId="77777777" w:rsidR="0028649B" w:rsidRDefault="0028649B" w:rsidP="0028649B"/>
        </w:tc>
        <w:tc>
          <w:tcPr>
            <w:tcW w:w="1728" w:type="dxa"/>
            <w:vAlign w:val="center"/>
          </w:tcPr>
          <w:p w14:paraId="729C69E8" w14:textId="77777777" w:rsidR="0028649B" w:rsidRDefault="0028649B" w:rsidP="0028649B"/>
        </w:tc>
        <w:tc>
          <w:tcPr>
            <w:tcW w:w="1728" w:type="dxa"/>
            <w:vAlign w:val="center"/>
          </w:tcPr>
          <w:p w14:paraId="7597D673" w14:textId="77777777" w:rsidR="0028649B" w:rsidRDefault="0028649B" w:rsidP="0028649B"/>
        </w:tc>
      </w:tr>
      <w:tr w:rsidR="0028649B" w14:paraId="59A9A7D6" w14:textId="77777777" w:rsidTr="0028649B">
        <w:trPr>
          <w:jc w:val="center"/>
        </w:trPr>
        <w:tc>
          <w:tcPr>
            <w:tcW w:w="540" w:type="dxa"/>
            <w:vAlign w:val="center"/>
          </w:tcPr>
          <w:p w14:paraId="07253AF4" w14:textId="77777777" w:rsidR="0028649B" w:rsidRDefault="0028649B" w:rsidP="0028649B">
            <w:r>
              <w:rPr>
                <w:sz w:val="17"/>
              </w:rPr>
              <w:t>2</w:t>
            </w:r>
          </w:p>
        </w:tc>
        <w:tc>
          <w:tcPr>
            <w:tcW w:w="1188" w:type="dxa"/>
            <w:vAlign w:val="center"/>
          </w:tcPr>
          <w:p w14:paraId="3FC10FD6" w14:textId="77777777" w:rsidR="0028649B" w:rsidRDefault="0028649B" w:rsidP="0028649B"/>
        </w:tc>
        <w:tc>
          <w:tcPr>
            <w:tcW w:w="1728" w:type="dxa"/>
            <w:vAlign w:val="center"/>
          </w:tcPr>
          <w:p w14:paraId="3A536148" w14:textId="0677DF60" w:rsidR="0028649B" w:rsidRDefault="0028649B" w:rsidP="0028649B"/>
        </w:tc>
        <w:tc>
          <w:tcPr>
            <w:tcW w:w="1728" w:type="dxa"/>
            <w:vAlign w:val="center"/>
          </w:tcPr>
          <w:p w14:paraId="2BC7DB4D" w14:textId="77777777" w:rsidR="0028649B" w:rsidRDefault="0028649B" w:rsidP="0028649B"/>
        </w:tc>
        <w:tc>
          <w:tcPr>
            <w:tcW w:w="1728" w:type="dxa"/>
            <w:vAlign w:val="center"/>
          </w:tcPr>
          <w:p w14:paraId="2D34F224" w14:textId="77777777" w:rsidR="0028649B" w:rsidRDefault="0028649B" w:rsidP="0028649B"/>
        </w:tc>
        <w:tc>
          <w:tcPr>
            <w:tcW w:w="1728" w:type="dxa"/>
            <w:vAlign w:val="center"/>
          </w:tcPr>
          <w:p w14:paraId="633A0865" w14:textId="77777777" w:rsidR="0028649B" w:rsidRDefault="0028649B" w:rsidP="0028649B"/>
        </w:tc>
        <w:tc>
          <w:tcPr>
            <w:tcW w:w="1728" w:type="dxa"/>
            <w:vAlign w:val="center"/>
          </w:tcPr>
          <w:p w14:paraId="4461092C" w14:textId="77777777" w:rsidR="0028649B" w:rsidRDefault="0028649B" w:rsidP="0028649B"/>
        </w:tc>
      </w:tr>
      <w:tr w:rsidR="0028649B" w14:paraId="248DF0D6" w14:textId="77777777" w:rsidTr="0028649B">
        <w:trPr>
          <w:jc w:val="center"/>
        </w:trPr>
        <w:tc>
          <w:tcPr>
            <w:tcW w:w="540" w:type="dxa"/>
            <w:vAlign w:val="center"/>
          </w:tcPr>
          <w:p w14:paraId="5C98A830" w14:textId="77777777" w:rsidR="0028649B" w:rsidRDefault="0028649B" w:rsidP="0028649B">
            <w:r>
              <w:rPr>
                <w:sz w:val="17"/>
              </w:rPr>
              <w:t>3</w:t>
            </w:r>
          </w:p>
        </w:tc>
        <w:tc>
          <w:tcPr>
            <w:tcW w:w="1188" w:type="dxa"/>
            <w:vAlign w:val="center"/>
          </w:tcPr>
          <w:p w14:paraId="5B8DABDF" w14:textId="77777777" w:rsidR="0028649B" w:rsidRDefault="0028649B" w:rsidP="0028649B"/>
        </w:tc>
        <w:tc>
          <w:tcPr>
            <w:tcW w:w="1728" w:type="dxa"/>
            <w:vAlign w:val="center"/>
          </w:tcPr>
          <w:p w14:paraId="67792568" w14:textId="5B36ACBD" w:rsidR="0028649B" w:rsidRDefault="0028649B" w:rsidP="0028649B"/>
        </w:tc>
        <w:tc>
          <w:tcPr>
            <w:tcW w:w="1728" w:type="dxa"/>
            <w:vAlign w:val="center"/>
          </w:tcPr>
          <w:p w14:paraId="2D9CFD2B" w14:textId="77777777" w:rsidR="0028649B" w:rsidRDefault="0028649B" w:rsidP="0028649B"/>
        </w:tc>
        <w:tc>
          <w:tcPr>
            <w:tcW w:w="1728" w:type="dxa"/>
            <w:vAlign w:val="center"/>
          </w:tcPr>
          <w:p w14:paraId="7AA93428" w14:textId="77777777" w:rsidR="0028649B" w:rsidRDefault="0028649B" w:rsidP="0028649B"/>
        </w:tc>
        <w:tc>
          <w:tcPr>
            <w:tcW w:w="1728" w:type="dxa"/>
            <w:vAlign w:val="center"/>
          </w:tcPr>
          <w:p w14:paraId="4842E50E" w14:textId="77777777" w:rsidR="0028649B" w:rsidRDefault="0028649B" w:rsidP="0028649B"/>
        </w:tc>
        <w:tc>
          <w:tcPr>
            <w:tcW w:w="1728" w:type="dxa"/>
            <w:vAlign w:val="center"/>
          </w:tcPr>
          <w:p w14:paraId="495A341C" w14:textId="77777777" w:rsidR="0028649B" w:rsidRDefault="0028649B" w:rsidP="0028649B"/>
        </w:tc>
      </w:tr>
      <w:tr w:rsidR="0028649B" w14:paraId="5CD238CE" w14:textId="77777777" w:rsidTr="0028649B">
        <w:trPr>
          <w:jc w:val="center"/>
        </w:trPr>
        <w:tc>
          <w:tcPr>
            <w:tcW w:w="540" w:type="dxa"/>
            <w:vAlign w:val="center"/>
          </w:tcPr>
          <w:p w14:paraId="745D1356" w14:textId="77777777" w:rsidR="0028649B" w:rsidRDefault="0028649B" w:rsidP="0028649B">
            <w:r>
              <w:rPr>
                <w:sz w:val="17"/>
              </w:rPr>
              <w:t>4</w:t>
            </w:r>
          </w:p>
        </w:tc>
        <w:tc>
          <w:tcPr>
            <w:tcW w:w="1188" w:type="dxa"/>
            <w:vAlign w:val="center"/>
          </w:tcPr>
          <w:p w14:paraId="37FC7584" w14:textId="77777777" w:rsidR="0028649B" w:rsidRDefault="0028649B" w:rsidP="0028649B"/>
        </w:tc>
        <w:tc>
          <w:tcPr>
            <w:tcW w:w="1728" w:type="dxa"/>
            <w:vAlign w:val="center"/>
          </w:tcPr>
          <w:p w14:paraId="31BBC307" w14:textId="5FE03920" w:rsidR="0028649B" w:rsidRDefault="0028649B" w:rsidP="0028649B"/>
        </w:tc>
        <w:tc>
          <w:tcPr>
            <w:tcW w:w="1728" w:type="dxa"/>
            <w:vAlign w:val="center"/>
          </w:tcPr>
          <w:p w14:paraId="0B35B5E5" w14:textId="77777777" w:rsidR="0028649B" w:rsidRDefault="0028649B" w:rsidP="0028649B"/>
        </w:tc>
        <w:tc>
          <w:tcPr>
            <w:tcW w:w="1728" w:type="dxa"/>
            <w:vAlign w:val="center"/>
          </w:tcPr>
          <w:p w14:paraId="268FB735" w14:textId="77777777" w:rsidR="0028649B" w:rsidRDefault="0028649B" w:rsidP="0028649B"/>
        </w:tc>
        <w:tc>
          <w:tcPr>
            <w:tcW w:w="1728" w:type="dxa"/>
            <w:vAlign w:val="center"/>
          </w:tcPr>
          <w:p w14:paraId="72743BC0" w14:textId="77777777" w:rsidR="0028649B" w:rsidRDefault="0028649B" w:rsidP="0028649B"/>
        </w:tc>
        <w:tc>
          <w:tcPr>
            <w:tcW w:w="1728" w:type="dxa"/>
            <w:vAlign w:val="center"/>
          </w:tcPr>
          <w:p w14:paraId="70252A3C" w14:textId="77777777" w:rsidR="0028649B" w:rsidRDefault="0028649B" w:rsidP="0028649B"/>
        </w:tc>
      </w:tr>
      <w:tr w:rsidR="0028649B" w14:paraId="2E2354F2" w14:textId="77777777" w:rsidTr="0028649B">
        <w:trPr>
          <w:jc w:val="center"/>
        </w:trPr>
        <w:tc>
          <w:tcPr>
            <w:tcW w:w="540" w:type="dxa"/>
            <w:vAlign w:val="center"/>
          </w:tcPr>
          <w:p w14:paraId="07DA1E2A" w14:textId="77777777" w:rsidR="0028649B" w:rsidRDefault="0028649B" w:rsidP="0028649B">
            <w:r>
              <w:rPr>
                <w:sz w:val="17"/>
              </w:rPr>
              <w:t>5</w:t>
            </w:r>
          </w:p>
        </w:tc>
        <w:tc>
          <w:tcPr>
            <w:tcW w:w="1188" w:type="dxa"/>
            <w:vAlign w:val="center"/>
          </w:tcPr>
          <w:p w14:paraId="14E98A61" w14:textId="77777777" w:rsidR="0028649B" w:rsidRDefault="0028649B" w:rsidP="0028649B"/>
        </w:tc>
        <w:tc>
          <w:tcPr>
            <w:tcW w:w="1728" w:type="dxa"/>
            <w:vAlign w:val="center"/>
          </w:tcPr>
          <w:p w14:paraId="55C3F73D" w14:textId="4CFCAF9A" w:rsidR="0028649B" w:rsidRDefault="0028649B" w:rsidP="0028649B"/>
        </w:tc>
        <w:tc>
          <w:tcPr>
            <w:tcW w:w="1728" w:type="dxa"/>
            <w:vAlign w:val="center"/>
          </w:tcPr>
          <w:p w14:paraId="59F0D206" w14:textId="77777777" w:rsidR="0028649B" w:rsidRDefault="0028649B" w:rsidP="0028649B"/>
        </w:tc>
        <w:tc>
          <w:tcPr>
            <w:tcW w:w="1728" w:type="dxa"/>
            <w:vAlign w:val="center"/>
          </w:tcPr>
          <w:p w14:paraId="06B61B7B" w14:textId="77777777" w:rsidR="0028649B" w:rsidRDefault="0028649B" w:rsidP="0028649B"/>
        </w:tc>
        <w:tc>
          <w:tcPr>
            <w:tcW w:w="1728" w:type="dxa"/>
            <w:vAlign w:val="center"/>
          </w:tcPr>
          <w:p w14:paraId="1348F55C" w14:textId="77777777" w:rsidR="0028649B" w:rsidRDefault="0028649B" w:rsidP="0028649B"/>
        </w:tc>
        <w:tc>
          <w:tcPr>
            <w:tcW w:w="1728" w:type="dxa"/>
            <w:vAlign w:val="center"/>
          </w:tcPr>
          <w:p w14:paraId="70F97C52" w14:textId="77777777" w:rsidR="0028649B" w:rsidRDefault="0028649B" w:rsidP="0028649B"/>
        </w:tc>
      </w:tr>
      <w:tr w:rsidR="0028649B" w14:paraId="1798E87A" w14:textId="77777777" w:rsidTr="0028649B">
        <w:trPr>
          <w:jc w:val="center"/>
        </w:trPr>
        <w:tc>
          <w:tcPr>
            <w:tcW w:w="540" w:type="dxa"/>
            <w:vAlign w:val="center"/>
          </w:tcPr>
          <w:p w14:paraId="1C7E84D5" w14:textId="77777777" w:rsidR="0028649B" w:rsidRDefault="0028649B" w:rsidP="0028649B">
            <w:r>
              <w:rPr>
                <w:sz w:val="17"/>
              </w:rPr>
              <w:t>6</w:t>
            </w:r>
          </w:p>
        </w:tc>
        <w:tc>
          <w:tcPr>
            <w:tcW w:w="1188" w:type="dxa"/>
            <w:vAlign w:val="center"/>
          </w:tcPr>
          <w:p w14:paraId="62A0B4BC" w14:textId="77777777" w:rsidR="0028649B" w:rsidRDefault="0028649B" w:rsidP="0028649B"/>
        </w:tc>
        <w:tc>
          <w:tcPr>
            <w:tcW w:w="1728" w:type="dxa"/>
            <w:vAlign w:val="center"/>
          </w:tcPr>
          <w:p w14:paraId="3CBAACB5" w14:textId="58E84B61" w:rsidR="0028649B" w:rsidRDefault="0028649B" w:rsidP="0028649B"/>
        </w:tc>
        <w:tc>
          <w:tcPr>
            <w:tcW w:w="1728" w:type="dxa"/>
            <w:vAlign w:val="center"/>
          </w:tcPr>
          <w:p w14:paraId="6080609D" w14:textId="77777777" w:rsidR="0028649B" w:rsidRDefault="0028649B" w:rsidP="0028649B"/>
        </w:tc>
        <w:tc>
          <w:tcPr>
            <w:tcW w:w="1728" w:type="dxa"/>
            <w:vAlign w:val="center"/>
          </w:tcPr>
          <w:p w14:paraId="38073E1A" w14:textId="77777777" w:rsidR="0028649B" w:rsidRDefault="0028649B" w:rsidP="0028649B"/>
        </w:tc>
        <w:tc>
          <w:tcPr>
            <w:tcW w:w="1728" w:type="dxa"/>
            <w:vAlign w:val="center"/>
          </w:tcPr>
          <w:p w14:paraId="08E647D6" w14:textId="77777777" w:rsidR="0028649B" w:rsidRDefault="0028649B" w:rsidP="0028649B"/>
        </w:tc>
        <w:tc>
          <w:tcPr>
            <w:tcW w:w="1728" w:type="dxa"/>
            <w:vAlign w:val="center"/>
          </w:tcPr>
          <w:p w14:paraId="055E8ECC" w14:textId="77777777" w:rsidR="0028649B" w:rsidRDefault="0028649B" w:rsidP="0028649B"/>
        </w:tc>
      </w:tr>
      <w:tr w:rsidR="0028649B" w14:paraId="230C1387" w14:textId="77777777" w:rsidTr="0028649B">
        <w:trPr>
          <w:jc w:val="center"/>
        </w:trPr>
        <w:tc>
          <w:tcPr>
            <w:tcW w:w="540" w:type="dxa"/>
            <w:vAlign w:val="center"/>
          </w:tcPr>
          <w:p w14:paraId="601B44EB" w14:textId="77777777" w:rsidR="0028649B" w:rsidRDefault="0028649B" w:rsidP="0028649B">
            <w:r>
              <w:rPr>
                <w:sz w:val="17"/>
              </w:rPr>
              <w:t>7</w:t>
            </w:r>
          </w:p>
        </w:tc>
        <w:tc>
          <w:tcPr>
            <w:tcW w:w="1188" w:type="dxa"/>
            <w:vAlign w:val="center"/>
          </w:tcPr>
          <w:p w14:paraId="79481A8E" w14:textId="77777777" w:rsidR="0028649B" w:rsidRDefault="0028649B" w:rsidP="0028649B"/>
        </w:tc>
        <w:tc>
          <w:tcPr>
            <w:tcW w:w="1728" w:type="dxa"/>
            <w:vAlign w:val="center"/>
          </w:tcPr>
          <w:p w14:paraId="112FD8D8" w14:textId="662A2130" w:rsidR="0028649B" w:rsidRDefault="0028649B" w:rsidP="0028649B"/>
        </w:tc>
        <w:tc>
          <w:tcPr>
            <w:tcW w:w="1728" w:type="dxa"/>
            <w:vAlign w:val="center"/>
          </w:tcPr>
          <w:p w14:paraId="739E9867" w14:textId="77777777" w:rsidR="0028649B" w:rsidRDefault="0028649B" w:rsidP="0028649B"/>
        </w:tc>
        <w:tc>
          <w:tcPr>
            <w:tcW w:w="1728" w:type="dxa"/>
            <w:vAlign w:val="center"/>
          </w:tcPr>
          <w:p w14:paraId="2649A1A1" w14:textId="77777777" w:rsidR="0028649B" w:rsidRDefault="0028649B" w:rsidP="0028649B"/>
        </w:tc>
        <w:tc>
          <w:tcPr>
            <w:tcW w:w="1728" w:type="dxa"/>
            <w:vAlign w:val="center"/>
          </w:tcPr>
          <w:p w14:paraId="71CA5ADA" w14:textId="77777777" w:rsidR="0028649B" w:rsidRDefault="0028649B" w:rsidP="0028649B"/>
        </w:tc>
        <w:tc>
          <w:tcPr>
            <w:tcW w:w="1728" w:type="dxa"/>
            <w:vAlign w:val="center"/>
          </w:tcPr>
          <w:p w14:paraId="7B0C5454" w14:textId="77777777" w:rsidR="0028649B" w:rsidRDefault="0028649B" w:rsidP="0028649B"/>
        </w:tc>
      </w:tr>
      <w:tr w:rsidR="0028649B" w14:paraId="22AD5E51" w14:textId="77777777" w:rsidTr="0028649B">
        <w:trPr>
          <w:jc w:val="center"/>
        </w:trPr>
        <w:tc>
          <w:tcPr>
            <w:tcW w:w="540" w:type="dxa"/>
            <w:vAlign w:val="center"/>
          </w:tcPr>
          <w:p w14:paraId="2155E302" w14:textId="77777777" w:rsidR="0028649B" w:rsidRDefault="0028649B" w:rsidP="0028649B">
            <w:r>
              <w:rPr>
                <w:sz w:val="17"/>
              </w:rPr>
              <w:t>8</w:t>
            </w:r>
          </w:p>
        </w:tc>
        <w:tc>
          <w:tcPr>
            <w:tcW w:w="1188" w:type="dxa"/>
            <w:vAlign w:val="center"/>
          </w:tcPr>
          <w:p w14:paraId="1802F603" w14:textId="77777777" w:rsidR="0028649B" w:rsidRDefault="0028649B" w:rsidP="0028649B"/>
        </w:tc>
        <w:tc>
          <w:tcPr>
            <w:tcW w:w="1728" w:type="dxa"/>
            <w:vAlign w:val="center"/>
          </w:tcPr>
          <w:p w14:paraId="76F289B5" w14:textId="3540F4FA" w:rsidR="0028649B" w:rsidRDefault="0028649B" w:rsidP="0028649B"/>
        </w:tc>
        <w:tc>
          <w:tcPr>
            <w:tcW w:w="1728" w:type="dxa"/>
            <w:vAlign w:val="center"/>
          </w:tcPr>
          <w:p w14:paraId="5199D79E" w14:textId="77777777" w:rsidR="0028649B" w:rsidRDefault="0028649B" w:rsidP="0028649B"/>
        </w:tc>
        <w:tc>
          <w:tcPr>
            <w:tcW w:w="1728" w:type="dxa"/>
            <w:vAlign w:val="center"/>
          </w:tcPr>
          <w:p w14:paraId="15F1B3C6" w14:textId="77777777" w:rsidR="0028649B" w:rsidRDefault="0028649B" w:rsidP="0028649B"/>
        </w:tc>
        <w:tc>
          <w:tcPr>
            <w:tcW w:w="1728" w:type="dxa"/>
            <w:vAlign w:val="center"/>
          </w:tcPr>
          <w:p w14:paraId="748A7191" w14:textId="77777777" w:rsidR="0028649B" w:rsidRDefault="0028649B" w:rsidP="0028649B"/>
        </w:tc>
        <w:tc>
          <w:tcPr>
            <w:tcW w:w="1728" w:type="dxa"/>
            <w:vAlign w:val="center"/>
          </w:tcPr>
          <w:p w14:paraId="7E33C22E" w14:textId="77777777" w:rsidR="0028649B" w:rsidRDefault="0028649B" w:rsidP="0028649B"/>
        </w:tc>
      </w:tr>
    </w:tbl>
    <w:p w14:paraId="700809C9" w14:textId="77777777" w:rsidR="00E7436F" w:rsidRDefault="00000000">
      <w:r>
        <w:rPr>
          <w:b/>
        </w:rPr>
        <w:t xml:space="preserve">Note: </w:t>
      </w:r>
      <w:r>
        <w:t>Additional pages may be attached if the manuscript has more than eight authors.</w:t>
      </w:r>
    </w:p>
    <w:p w14:paraId="7F6C6558" w14:textId="77777777" w:rsidR="00E7436F" w:rsidRDefault="00000000">
      <w:r>
        <w:rPr>
          <w:b/>
          <w:sz w:val="24"/>
        </w:rPr>
        <w:t>Author confirmation</w:t>
      </w:r>
    </w:p>
    <w:p w14:paraId="7C78CE96" w14:textId="77777777" w:rsidR="00E7436F" w:rsidRDefault="00000000" w:rsidP="0028649B">
      <w:pPr>
        <w:spacing w:after="40"/>
        <w:jc w:val="both"/>
      </w:pPr>
      <w:r>
        <w:rPr>
          <w:b/>
        </w:rPr>
        <w:t xml:space="preserve">☐ </w:t>
      </w:r>
      <w:r>
        <w:t>I have made a meaningful contribution to the submitted manuscript and meet the authorship requirements of the Journal of Medical and Dental Frontiers.</w:t>
      </w:r>
    </w:p>
    <w:p w14:paraId="419A46CE" w14:textId="77777777" w:rsidR="00E7436F" w:rsidRDefault="00000000" w:rsidP="0028649B">
      <w:pPr>
        <w:spacing w:after="40"/>
        <w:jc w:val="both"/>
      </w:pPr>
      <w:r>
        <w:rPr>
          <w:b/>
        </w:rPr>
        <w:t xml:space="preserve">☐ </w:t>
      </w:r>
      <w:r>
        <w:t>The information provided above, including my name, affiliation, and email address, is accurate.</w:t>
      </w:r>
    </w:p>
    <w:p w14:paraId="569B1F7B" w14:textId="77777777" w:rsidR="00E7436F" w:rsidRDefault="00000000" w:rsidP="0028649B">
      <w:pPr>
        <w:spacing w:after="40"/>
        <w:jc w:val="both"/>
      </w:pPr>
      <w:r>
        <w:rPr>
          <w:b/>
        </w:rPr>
        <w:t xml:space="preserve">☐ </w:t>
      </w:r>
      <w:r>
        <w:t>I have reviewed the submitted manuscript and approve its submission to the Journal of Medical and Dental Frontiers.</w:t>
      </w:r>
    </w:p>
    <w:p w14:paraId="181398F0" w14:textId="77777777" w:rsidR="00E7436F" w:rsidRDefault="00000000" w:rsidP="0028649B">
      <w:pPr>
        <w:spacing w:after="40"/>
        <w:jc w:val="both"/>
      </w:pPr>
      <w:r>
        <w:rPr>
          <w:b/>
        </w:rPr>
        <w:t xml:space="preserve">☐ </w:t>
      </w:r>
      <w:r>
        <w:t>I have had an opportunity to review the final version of the manuscript submitted to the journal and approve its content.</w:t>
      </w:r>
    </w:p>
    <w:p w14:paraId="42DEEE34" w14:textId="77777777" w:rsidR="00E7436F" w:rsidRDefault="00000000" w:rsidP="0028649B">
      <w:pPr>
        <w:spacing w:after="40"/>
        <w:jc w:val="both"/>
      </w:pPr>
      <w:r>
        <w:rPr>
          <w:b/>
        </w:rPr>
        <w:t xml:space="preserve">☐ </w:t>
      </w:r>
      <w:r>
        <w:t>I take responsibility for my contribution to the manuscript and will cooperate appropriately if any questions arise concerning my contribution or the accuracy of the work.</w:t>
      </w:r>
    </w:p>
    <w:p w14:paraId="7D651183" w14:textId="77777777" w:rsidR="00E7436F" w:rsidRDefault="00000000" w:rsidP="0028649B">
      <w:pPr>
        <w:spacing w:after="40"/>
        <w:jc w:val="both"/>
      </w:pPr>
      <w:r>
        <w:rPr>
          <w:b/>
        </w:rPr>
        <w:t xml:space="preserve">☐ </w:t>
      </w:r>
      <w:r>
        <w:t>I have disclosed any relevant conflicts of interest associated with this manuscript to the corresponding author and/or the journal.</w:t>
      </w:r>
    </w:p>
    <w:p w14:paraId="295DB984" w14:textId="77777777" w:rsidR="00E7436F" w:rsidRDefault="00000000" w:rsidP="0028649B">
      <w:pPr>
        <w:spacing w:after="40"/>
        <w:jc w:val="both"/>
      </w:pPr>
      <w:r>
        <w:rPr>
          <w:b/>
        </w:rPr>
        <w:t xml:space="preserve">☐ </w:t>
      </w:r>
      <w:r>
        <w:t>I understand that the manuscript will undergo editorial and peer-review processes in accordance with the journal’s policies.</w:t>
      </w:r>
    </w:p>
    <w:p w14:paraId="0BA2B83A" w14:textId="77777777" w:rsidR="00E7436F" w:rsidRDefault="00000000" w:rsidP="0028649B">
      <w:pPr>
        <w:spacing w:after="40"/>
        <w:jc w:val="both"/>
      </w:pPr>
      <w:r>
        <w:rPr>
          <w:b/>
        </w:rPr>
        <w:t xml:space="preserve">☐ </w:t>
      </w:r>
      <w:r>
        <w:t>I understand that the corresponding author will communicate with the journal on behalf of the authors regarding the submission and editorial process.</w:t>
      </w:r>
    </w:p>
    <w:p w14:paraId="52F00341" w14:textId="77777777" w:rsidR="00E7436F" w:rsidRDefault="00000000">
      <w:r>
        <w:rPr>
          <w:b/>
          <w:sz w:val="24"/>
        </w:rPr>
        <w:t>Corresponding author confirmation</w:t>
      </w:r>
    </w:p>
    <w:p w14:paraId="5CB9AFCD" w14:textId="77777777" w:rsidR="00E7436F" w:rsidRDefault="00000000">
      <w:pPr>
        <w:spacing w:after="40"/>
      </w:pPr>
      <w:r>
        <w:rPr>
          <w:b/>
        </w:rPr>
        <w:t xml:space="preserve">☐ </w:t>
      </w:r>
      <w:r>
        <w:t>All individuals who qualify for authorship have been appropriately included in the manuscript.</w:t>
      </w:r>
    </w:p>
    <w:p w14:paraId="5A9A277C" w14:textId="77777777" w:rsidR="00E7436F" w:rsidRDefault="00000000">
      <w:pPr>
        <w:spacing w:after="40"/>
      </w:pPr>
      <w:r>
        <w:rPr>
          <w:b/>
        </w:rPr>
        <w:t xml:space="preserve">☐ </w:t>
      </w:r>
      <w:r>
        <w:t>The names, affiliations, and email addresses of all listed authors have been checked.</w:t>
      </w:r>
    </w:p>
    <w:p w14:paraId="66E99BFB" w14:textId="77777777" w:rsidR="00E7436F" w:rsidRDefault="00000000">
      <w:pPr>
        <w:spacing w:after="40"/>
      </w:pPr>
      <w:r>
        <w:rPr>
          <w:b/>
        </w:rPr>
        <w:lastRenderedPageBreak/>
        <w:t xml:space="preserve">☐ </w:t>
      </w:r>
      <w:r>
        <w:t>All listed authors have reviewed and approved the submitted manuscript.</w:t>
      </w:r>
    </w:p>
    <w:p w14:paraId="2B11E784" w14:textId="77777777" w:rsidR="00E7436F" w:rsidRDefault="00000000">
      <w:pPr>
        <w:spacing w:after="40"/>
      </w:pPr>
      <w:r>
        <w:rPr>
          <w:b/>
        </w:rPr>
        <w:t xml:space="preserve">☐ </w:t>
      </w:r>
      <w:r>
        <w:t>This form has been completed and signed by all listed authors.</w:t>
      </w:r>
    </w:p>
    <w:p w14:paraId="68EB8C0A" w14:textId="77777777" w:rsidR="00E7436F" w:rsidRDefault="00000000">
      <w:pPr>
        <w:spacing w:after="40"/>
      </w:pPr>
      <w:r>
        <w:rPr>
          <w:b/>
        </w:rPr>
        <w:t xml:space="preserve">☐ </w:t>
      </w:r>
      <w:r>
        <w:t>I will serve as the primary contact with the Journal of Medical and Dental Frontiers throughout the editorial process.</w:t>
      </w:r>
    </w:p>
    <w:p w14:paraId="2F685AB6" w14:textId="77777777" w:rsidR="00E7436F" w:rsidRDefault="00000000">
      <w:r>
        <w:rPr>
          <w:b/>
        </w:rPr>
        <w:t>Name of corresponding author:</w:t>
      </w:r>
      <w:r>
        <w:t xml:space="preserve"> ________________________________________________________________________________</w:t>
      </w:r>
    </w:p>
    <w:p w14:paraId="516CD45A" w14:textId="77777777" w:rsidR="00E7436F" w:rsidRDefault="00000000">
      <w:r>
        <w:rPr>
          <w:b/>
        </w:rPr>
        <w:t>Email:</w:t>
      </w:r>
      <w:r>
        <w:t xml:space="preserve"> ________________________________________________________________________________</w:t>
      </w:r>
    </w:p>
    <w:p w14:paraId="571B7189" w14:textId="77777777" w:rsidR="00E7436F" w:rsidRDefault="00000000">
      <w:r>
        <w:rPr>
          <w:b/>
        </w:rPr>
        <w:t>Signature:</w:t>
      </w:r>
      <w:r>
        <w:t xml:space="preserve"> ________________________________________________________________________________</w:t>
      </w:r>
    </w:p>
    <w:p w14:paraId="52DF83BD" w14:textId="77777777" w:rsidR="00E7436F" w:rsidRDefault="00000000">
      <w:r>
        <w:rPr>
          <w:b/>
        </w:rPr>
        <w:t>Date:</w:t>
      </w:r>
      <w:r>
        <w:t xml:space="preserve"> ________________________________________________________________________________</w:t>
      </w:r>
    </w:p>
    <w:p w14:paraId="63CDC3DF" w14:textId="77777777" w:rsidR="00E7436F" w:rsidRDefault="00000000">
      <w:r>
        <w:rPr>
          <w:b/>
          <w:sz w:val="24"/>
        </w:rPr>
        <w:t>Submission of the completed form</w:t>
      </w:r>
    </w:p>
    <w:p w14:paraId="67E03686" w14:textId="77777777" w:rsidR="00E7436F" w:rsidRDefault="00000000">
      <w:r>
        <w:t>The completed and signed form may be submitted as an electronic document or scanned copy to the journal through the designated submission system or by email, as instructed by the Journal of Medical and Dental Frontiers.</w:t>
      </w:r>
    </w:p>
    <w:p w14:paraId="1F989DD4" w14:textId="77777777" w:rsidR="00E7436F" w:rsidRDefault="00000000">
      <w:r>
        <w:rPr>
          <w:b/>
        </w:rPr>
        <w:t xml:space="preserve">Important: </w:t>
      </w:r>
      <w:r>
        <w:t>Editorial decisions will be communicated after the journal has received the completed form from all listed authors.</w:t>
      </w:r>
    </w:p>
    <w:sectPr w:rsidR="00E7436F" w:rsidSect="00034616">
      <w:footerReference w:type="default" r:id="rId8"/>
      <w:pgSz w:w="12240" w:h="15840"/>
      <w:pgMar w:top="936" w:right="936" w:bottom="936"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74870" w14:textId="77777777" w:rsidR="002166C0" w:rsidRDefault="002166C0">
      <w:pPr>
        <w:spacing w:after="0" w:line="240" w:lineRule="auto"/>
      </w:pPr>
      <w:r>
        <w:separator/>
      </w:r>
    </w:p>
  </w:endnote>
  <w:endnote w:type="continuationSeparator" w:id="0">
    <w:p w14:paraId="3C6192FC" w14:textId="77777777" w:rsidR="002166C0" w:rsidRDefault="002166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47CE3" w14:textId="77777777" w:rsidR="00E7436F" w:rsidRDefault="00000000">
    <w:pPr>
      <w:pStyle w:val="Footer"/>
      <w:jc w:val="center"/>
    </w:pPr>
    <w:r>
      <w:t>Journal of Medical and Dental Frontiers (JMDF)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A9648" w14:textId="77777777" w:rsidR="002166C0" w:rsidRDefault="002166C0">
      <w:pPr>
        <w:spacing w:after="0" w:line="240" w:lineRule="auto"/>
      </w:pPr>
      <w:r>
        <w:separator/>
      </w:r>
    </w:p>
  </w:footnote>
  <w:footnote w:type="continuationSeparator" w:id="0">
    <w:p w14:paraId="43E4D169" w14:textId="77777777" w:rsidR="002166C0" w:rsidRDefault="002166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64321231">
    <w:abstractNumId w:val="8"/>
  </w:num>
  <w:num w:numId="2" w16cid:durableId="1427193876">
    <w:abstractNumId w:val="6"/>
  </w:num>
  <w:num w:numId="3" w16cid:durableId="394864998">
    <w:abstractNumId w:val="5"/>
  </w:num>
  <w:num w:numId="4" w16cid:durableId="1392197867">
    <w:abstractNumId w:val="4"/>
  </w:num>
  <w:num w:numId="5" w16cid:durableId="912664297">
    <w:abstractNumId w:val="7"/>
  </w:num>
  <w:num w:numId="6" w16cid:durableId="1552955244">
    <w:abstractNumId w:val="3"/>
  </w:num>
  <w:num w:numId="7" w16cid:durableId="2038047100">
    <w:abstractNumId w:val="2"/>
  </w:num>
  <w:num w:numId="8" w16cid:durableId="402946573">
    <w:abstractNumId w:val="1"/>
  </w:num>
  <w:num w:numId="9" w16cid:durableId="7107625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166C0"/>
    <w:rsid w:val="0028649B"/>
    <w:rsid w:val="0029639D"/>
    <w:rsid w:val="00326F90"/>
    <w:rsid w:val="004479A3"/>
    <w:rsid w:val="00AA1D8D"/>
    <w:rsid w:val="00B47730"/>
    <w:rsid w:val="00CB0664"/>
    <w:rsid w:val="00DD3B38"/>
    <w:rsid w:val="00E7436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23023F"/>
  <w14:defaultImageDpi w14:val="300"/>
  <w15:docId w15:val="{0AC9975E-23BA-4654-8B01-963D8CD12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455</Words>
  <Characters>2596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AKSHAYA SHETTI</cp:lastModifiedBy>
  <cp:revision>2</cp:revision>
  <dcterms:created xsi:type="dcterms:W3CDTF">2026-08-14T06:24:00Z</dcterms:created>
  <dcterms:modified xsi:type="dcterms:W3CDTF">2026-08-14T06:24:00Z</dcterms:modified>
  <cp:category/>
</cp:coreProperties>
</file>